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סיפורים על ערכים אצל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עובדה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אישית בנימוס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היסטורית שמופיעה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עובדה מהכרטיס השלישי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ערך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להתרברב גם כשמצליחים)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(להשלים עם מי שהיינו בריב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(לעזור לזרים במצוקה)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 אדם ראוי ליחס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מנומקת, המתייחסת לאחד מהכרטיסים ולערך הקשור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אחד מהערכים: צניעות, כבוד, שלום, אומץ,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מחשבה על הדילמה ולא רק בחירה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דנה בכרטיס דילמה אחד ואז 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'נכונה' יחידה בדילמות - המטרה היא נימוק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אפשר לערוך הצבעה בכיתה (מסכים/מתלבט/חושב אחרת) על כל כרטיס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שלושה כרטיסי דילמה על מנחם בגין: פרס נובל, שלום עם מצרים, ועזרה לפליטים. נתרגל לחשוב, לנמק ולהקשיב לדעות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מצרים  ·  אומץ  ·  צניעות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במה בגין המשיך לחיות אחרי שזכה בפרס נובל?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בפאר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עזב את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איזו מדינה בגין עשה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ישראל ומצרים נלחמו זו בזו כמה פעמים לפני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ספינה ישראלית אספה אנשים מסירה קטנה בלב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המשיך לחיות ב__________ גם אחרי שזכה בפרס נובל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ישראל ו__________ עשו שלום אחרי מלחמות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להשלים אחרי ריב, לפעמים צריך __________ לעשות את הצעד הראשון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ערך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פרס נובל וצניעות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לעזור לזרים במצוקה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אדם ראוי ליחס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אנשים בסירה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להשלים עם מי שהיינו בריב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כבוד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להתרברב גם כשמצליחים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משלושת הכרטיסים וכתבו מה דעתכם/ן: האם אתם/ן מסכימים, מתלבטים, או חושבים אחרת? נמקו בשתי-שלוש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ערך אחד שלמדתם עליו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כרטיס דילמה הכי התלבטתם,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דילמה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