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דילמה -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שלושה סיפורים על ערכים אצל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עובדה לדעה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ניסוח עמדה אישית בנימוס ובכבוד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בצניעות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מווייטנאם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נתנה להם בית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גאווה היא שמחה פנימית, התרברבות היא הצגה כלפי אחרים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עובדה או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עובדה היסטורית שמופיעה בכרטיס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זו שאלה לדיון, אין עליה תשובה אחת מוסכמת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עובדה מהכרטיס השלישי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זו דעה אישית, אנשים שונים חושבים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צניעות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וייטנאם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אדם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ערך לסיפור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(לא להתרברב גם כשמצליחים)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(להשלים עם מי שהיינו בריב איתו)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(לעזור לזרים במצוקה)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(כל אדם ראוי ליחס טוב)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(לדאוג לתוצאות המעשים שלנו)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מנומקת, המתייחסת לאחד מהכרטיסים ולערך הקשור אליו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המתארת מצב קונקרטי וכיצד הגיעו לפיוס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שמזכירה אחד מהערכים: צניעות, כבוד, שלום, אומץ, אחריות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המראה מחשבה על הדילמה ולא רק בחירה אוטומטית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אישית רלוונטית ומכבדת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הכיתה לקבוצות, כל קבוצה דנה בכרטיס דילמה אחד ואז מציגה לכיתה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תשובה 'נכונה' יחידה בדילמות - המטרה היא נימוק מכבד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לקראת סיום אפשר לערוך הצבעה בכיתה (מסכים/מתלבט/חושב אחרת) על כל כרטיס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כרטיסי דילמה -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שלושה סיפורים קטנים על מנחם בגין. נלמד מילים חדשות ונחשוב מה נכון לעשות בכל מקרה.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צניעות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להתרברב גם כשמצליחים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כבוד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להתייחס יפה לאנשים אחרים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שלום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בין צדדים שהיו אויבים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אומץ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לעשות דבר קשה גם כשמפחדים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כבוד האדם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אדם ראוי ליחס טוב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לדאוג לתוצאות המעשים שלנו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פרס נובל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פרס בינלאומי חשוב מאוד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פליטים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אנשים שברחו מהמדינה שלהם בגלל סכנה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הכרטיסים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איך בגין התנהג אחרי שזכה בפרס?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בצניעות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בפאר 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עזב את הארץ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הפסיק לעבוד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עם מי בגין חתם על הסכם 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סוריה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עיראק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מאיזו מדינה ברחו האנשים בסירה?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מרוסיה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מווייטנאם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בגין החליט לעשות עם האנשים שהגיעו בסירה?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שלחה אותם חזרה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נתנה להם בית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התעלמה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שלחה אותם למדינה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לשמוח בהישג לבין להתגאות בפני כולם?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גאווה היא שמחה פנימית, התרברבות היא הצגה כלפי אחרים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התרברבות חיובית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גאווה היא תמיד רעה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עובדה או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ישראל ומצרים נלחמו זו בזו כמה פעמים לפני השלום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תמיד מסכימים על מי צריך לעשות את הצעד הראשון בפיוס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ספינה ישראלית אספה אנשים מסירה קטנה בלב 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צניעות אחרי הצלחה גדולה היא דבר קל לכולם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בגין המשיך לחיות ב__________ גם אחרי שזכה בפרס נובל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ישראל ו__________ עשו שלום אחרי מלחמות רבות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בשנת 1977 ספינה ישראלית אספה אנשים מ__________ שברחו בסירה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כדי להשלים אחרי ריב, לפעמים צריך __________ לעשות את הצעד הראשון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כל אדם ראוי ליחס טוב - זהו הערך של כבוד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ערך לסיפור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פרס נובל וצניעות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לדאוג לתוצאות המעשים שלנו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שלום עם מצרים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 אדם ראוי ליחס טוב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אנשים בסירה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להשלים עם מי שהיינו בריב איתו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כבוד האדם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לא להתרברב גם כשמצליחים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לעזור לזרים במצוקה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משלושת הכרטיסים וכתבו מה דעתכם/ן: האם אתם/ן מסכימים, מתלבטים, או חושבים אחרת? נמקו בשתי-שלוש שורות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ספרו על מקרה שבו הייתם צריכים להשלים עם מישהו אחרי ריב. מה עזר לכם להשלים?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ערך אחד שלמדתם עליו היום?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באיזה כרטיס דילמה הכי התלבטתם,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מהחיים שלכם לערך של עזרה לזר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כרטיסי דילמה -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