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סיפורים על ערכים אצל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עובדה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אישית בנימוס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נתנה להם בית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גאווה היא שמחה פנימית, התרברבות היא הצגה כלפי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היסטורית שמופיעה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שאלה לדיון, אין עליה תשובה אחת מוסכמת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עובדה מהכרטיס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דעה אישית, אנשים שונים חושבים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ערך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(לא להתרברב גם כשמצליחים)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(להשלים עם מי שהיינו בריב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(לעזור לזרים במצוקה)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 אדם ראוי ליחס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(לדאוג לתוצאות המעשים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מנומקת, המתייחסת לאחד מהכרטיסים ולערך הקשור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מצב קונקרטי וכיצד הגיעו לפיוס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אחד מהערכים: צניעות, כבוד, שלום, אומץ,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מחשבה על הדילמה ולא רק בחירה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דנה בכרטיס דילמה אחד ואז 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'נכונה' יחידה בדילמות - המטרה היא נימוק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אפשר לערוך הצבעה בכיתה (מסכים/מתלבט/חושב אחרת) על כל כרטיס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שלושה כרטיסי דילמה על מנחם בגין: פרס נובל, שלום עם מצרים, ועזרה לפליטים. נתרגל לחשוב, לנמק ולהקשיב לדעות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בגין המשיך לחיות אחרי שזכה בפרס נובל?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בפאר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עזב את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הפסיק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בגין עשה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הגיעו האנשים שהספינה הישראלית הצילה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עשתה ממשלת בגין עם אנשי הסירה?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שלחה אותם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נתנה להם בית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התעלמה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אותם למדינה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המרכזי בין גאווה להתרברבות?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גאווה היא שמחה פנימית, התרברבות היא הצגה כלפי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התרברבות חיובית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גאווה היא תמיד רעה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ומצרים נלחמו זו בזו כמה פעמים לפני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תמיד מסכימים על מי צריך לעשות את הצעד הראשון בפיוס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ספינה ישראלית אספה אנשים מסירה קטנה בלב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צניעות אחרי הצלחה גדולה היא דבר קל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המשיך לחיות ב__________ גם אחרי שזכה בפרס נובל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ו__________ עשו שלום אחרי מלחמות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1977 ספינה ישראלית אספה אנשים מ__________ שברחו בסירה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להשלים אחרי ריב, לפעמים צריך __________ לעשות את הצעד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אדם ראוי ליחס טוב - זהו הערך של כבוד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ערך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 נובל וצניעות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להשלים עם מי שהיינו בריב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לדאוג לתוצאות המעשים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אנשים בסירה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אדם ראוי ליחס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לעזור לזרים במצוקה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להתרברב גם כשמצליחים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הכרטיסים וכתבו מה דעתכם/ן: האם אתם/ן מסכימים, מתלבטים, או חושבים אחרת? נמקו בשתי-שלוש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מקרה שבו הייתם צריכים להשלים עם מישהו אחרי ריב. מה עזר לכם להשלים?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אחד שלמדתם עליו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כרטיס דילמה הכי התלבטתם,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מהחיים שלכם לערך של עזרה לזר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דילמה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